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AsiaBike | گروه آسیادوچرخ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AsiaBike | گروه آسیادوچرخ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91*7***3*1</w:t>
            </w:r>
          </w:p>
        </w:tc>
        <w:tc>
          <w:tcPr>
            <w:tcW w:type="dxa" w:w="1728"/>
          </w:tcPr>
          <w:p>
            <w:r>
              <w:t>افرازه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9123**2921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9194**07*0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910**1**00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901***23*1</w:t>
            </w:r>
          </w:p>
        </w:tc>
        <w:tc>
          <w:tcPr>
            <w:tcW w:type="dxa" w:w="1728"/>
          </w:tcPr>
          <w:p>
            <w:r>
              <w:t>مهدی.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9944232449</w:t>
            </w:r>
          </w:p>
        </w:tc>
        <w:tc>
          <w:tcPr>
            <w:tcW w:type="dxa" w:w="1728"/>
          </w:tcPr>
          <w:p>
            <w:r>
              <w:t>امیرحسین</w:t>
            </w:r>
          </w:p>
        </w:tc>
        <w:tc>
          <w:tcPr>
            <w:tcW w:type="dxa" w:w="1728"/>
          </w:tcPr>
          <w:p>
            <w:r>
              <w:t>جنگی</w:t>
            </w:r>
          </w:p>
        </w:tc>
        <w:tc>
          <w:tcPr>
            <w:tcW w:type="dxa" w:w="1728"/>
          </w:tcPr>
          <w:p>
            <w:r>
              <w:t>Amirhosinjangi313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93*972794*</w:t>
            </w:r>
          </w:p>
        </w:tc>
        <w:tc>
          <w:tcPr>
            <w:tcW w:type="dxa" w:w="1728"/>
          </w:tcPr>
          <w:p>
            <w:r>
              <w:t>me(: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irartist95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9121*94479</w:t>
            </w:r>
          </w:p>
        </w:tc>
        <w:tc>
          <w:tcPr>
            <w:tcW w:type="dxa" w:w="1728"/>
          </w:tcPr>
          <w:p>
            <w:r>
              <w:t>علی 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937*4999*4</w:t>
            </w:r>
          </w:p>
        </w:tc>
        <w:tc>
          <w:tcPr>
            <w:tcW w:type="dxa" w:w="1728"/>
          </w:tcPr>
          <w:p>
            <w:r>
              <w:t>Ghazal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93*4922407</w:t>
            </w:r>
          </w:p>
        </w:tc>
        <w:tc>
          <w:tcPr>
            <w:tcW w:type="dxa" w:w="1728"/>
          </w:tcPr>
          <w:p>
            <w:r>
              <w:t>Kalt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Kalte_Winter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91*0*7*1**</w:t>
            </w:r>
          </w:p>
        </w:tc>
        <w:tc>
          <w:tcPr>
            <w:tcW w:type="dxa" w:w="1728"/>
          </w:tcPr>
          <w:p>
            <w:r>
              <w:t>??masoud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masoudcludy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93***3*710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Fekri</w:t>
            </w:r>
          </w:p>
        </w:tc>
        <w:tc>
          <w:tcPr>
            <w:tcW w:type="dxa" w:w="1728"/>
          </w:tcPr>
          <w:p>
            <w:r>
              <w:t>Amirrfekri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91479**030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rezaamiri_1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9122093*30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Jet747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91137**23*</w:t>
            </w:r>
          </w:p>
        </w:tc>
        <w:tc>
          <w:tcPr>
            <w:tcW w:type="dxa" w:w="1728"/>
          </w:tcPr>
          <w:p>
            <w:r>
              <w:t>Piruz qafari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piruzqafari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9131*44*11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moeina1272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9033*7*110</w:t>
            </w:r>
          </w:p>
        </w:tc>
        <w:tc>
          <w:tcPr>
            <w:tcW w:type="dxa" w:w="1728"/>
          </w:tcPr>
          <w:p>
            <w:r>
              <w:t>ali️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Alijjahangiri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91***03*00</w:t>
            </w:r>
          </w:p>
        </w:tc>
        <w:tc>
          <w:tcPr>
            <w:tcW w:type="dxa" w:w="1728"/>
          </w:tcPr>
          <w:p>
            <w:r>
              <w:t>behrad</w:t>
            </w:r>
          </w:p>
        </w:tc>
        <w:tc>
          <w:tcPr>
            <w:tcW w:type="dxa" w:w="1728"/>
          </w:tcPr>
          <w:p>
            <w:r>
              <w:t>ghiyasi</w:t>
            </w:r>
          </w:p>
        </w:tc>
        <w:tc>
          <w:tcPr>
            <w:tcW w:type="dxa" w:w="1728"/>
          </w:tcPr>
          <w:p>
            <w:r>
              <w:t>behradghiyasi88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91***000*7</w:t>
            </w:r>
          </w:p>
        </w:tc>
        <w:tc>
          <w:tcPr>
            <w:tcW w:type="dxa" w:w="1728"/>
          </w:tcPr>
          <w:p>
            <w:r>
              <w:t>Gholamreza</w:t>
            </w:r>
          </w:p>
        </w:tc>
        <w:tc>
          <w:tcPr>
            <w:tcW w:type="dxa" w:w="1728"/>
          </w:tcPr>
          <w:p>
            <w:r>
              <w:t>ebrahimi</w:t>
            </w:r>
          </w:p>
        </w:tc>
        <w:tc>
          <w:tcPr>
            <w:tcW w:type="dxa" w:w="1728"/>
          </w:tcPr>
          <w:p>
            <w:r>
              <w:t>Reza1999h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93**4*1***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Fahimehrasouli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93*93*3*71</w:t>
            </w:r>
          </w:p>
        </w:tc>
        <w:tc>
          <w:tcPr>
            <w:tcW w:type="dxa" w:w="1728"/>
          </w:tcPr>
          <w:p>
            <w:r>
              <w:t>Dj fare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Djfare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93**9479*2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Ferdosipour</w:t>
            </w:r>
          </w:p>
        </w:tc>
        <w:tc>
          <w:tcPr>
            <w:tcW w:type="dxa" w:w="1728"/>
          </w:tcPr>
          <w:p>
            <w:r>
              <w:t>Aliferdosipour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930**1**31</w:t>
            </w:r>
          </w:p>
        </w:tc>
        <w:tc>
          <w:tcPr>
            <w:tcW w:type="dxa" w:w="1728"/>
          </w:tcPr>
          <w:p>
            <w:r>
              <w:t>FARHAN_WOLF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Farhan_gadirzade90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9121**20**</w:t>
            </w:r>
          </w:p>
        </w:tc>
        <w:tc>
          <w:tcPr>
            <w:tcW w:type="dxa" w:w="1728"/>
          </w:tcPr>
          <w:p>
            <w:r>
              <w:t>Ayadnajar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93*3**7174</w:t>
            </w:r>
          </w:p>
        </w:tc>
        <w:tc>
          <w:tcPr>
            <w:tcW w:type="dxa" w:w="1728"/>
          </w:tcPr>
          <w:p>
            <w:r>
              <w:t>COSMOLOGY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JmJmJmJm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91*244*403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mehdik449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91903997*7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Pirhadi</w:t>
            </w:r>
          </w:p>
        </w:tc>
        <w:tc>
          <w:tcPr>
            <w:tcW w:type="dxa" w:w="1728"/>
          </w:tcPr>
          <w:p>
            <w:r>
              <w:t>Arash_pirhadi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93**441*92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Kamranaliabadi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930412*407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Sf</w:t>
            </w:r>
          </w:p>
        </w:tc>
        <w:tc>
          <w:tcPr>
            <w:tcW w:type="dxa" w:w="1728"/>
          </w:tcPr>
          <w:p>
            <w:r>
              <w:t>Morteza_sf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91*4409100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9377**1*34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9144409**4</w:t>
            </w:r>
          </w:p>
        </w:tc>
        <w:tc>
          <w:tcPr>
            <w:tcW w:type="dxa" w:w="1728"/>
          </w:tcPr>
          <w:p>
            <w:r>
              <w:t>Saieed</w:t>
            </w:r>
          </w:p>
        </w:tc>
        <w:tc>
          <w:tcPr>
            <w:tcW w:type="dxa" w:w="1728"/>
          </w:tcPr>
          <w:p>
            <w:r>
              <w:t>Minaiee Mehr</w:t>
            </w:r>
          </w:p>
        </w:tc>
        <w:tc>
          <w:tcPr>
            <w:tcW w:type="dxa" w:w="1728"/>
          </w:tcPr>
          <w:p>
            <w:r>
              <w:t>Saieedminaieemehr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912*132*4*</w:t>
            </w:r>
          </w:p>
        </w:tc>
        <w:tc>
          <w:tcPr>
            <w:tcW w:type="dxa" w:w="1728"/>
          </w:tcPr>
          <w:p>
            <w:r>
              <w:t>Maleki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Malki1366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91139**103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Mirzaii</w:t>
            </w:r>
          </w:p>
        </w:tc>
        <w:tc>
          <w:tcPr>
            <w:tcW w:type="dxa" w:w="1728"/>
          </w:tcPr>
          <w:p>
            <w:r>
              <w:t>Amir2999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933**2*917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Ali_kaqzi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9143117*77</w:t>
            </w:r>
          </w:p>
        </w:tc>
        <w:tc>
          <w:tcPr>
            <w:tcW w:type="dxa" w:w="1728"/>
          </w:tcPr>
          <w:p>
            <w:r>
              <w:t>Ahad</w:t>
            </w:r>
          </w:p>
        </w:tc>
        <w:tc>
          <w:tcPr>
            <w:tcW w:type="dxa" w:w="1728"/>
          </w:tcPr>
          <w:p>
            <w:r>
              <w:t>Kazemi</w:t>
            </w:r>
          </w:p>
        </w:tc>
        <w:tc>
          <w:tcPr>
            <w:tcW w:type="dxa" w:w="1728"/>
          </w:tcPr>
          <w:p>
            <w:r>
              <w:t>ahadbikeshop1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9190922170</w:t>
            </w:r>
          </w:p>
        </w:tc>
        <w:tc>
          <w:tcPr>
            <w:tcW w:type="dxa" w:w="1728"/>
          </w:tcPr>
          <w:p>
            <w:r>
              <w:t>Surena</w:t>
            </w:r>
          </w:p>
        </w:tc>
        <w:tc>
          <w:tcPr>
            <w:tcW w:type="dxa" w:w="1728"/>
          </w:tcPr>
          <w:p>
            <w:r>
              <w:t>Imani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913*3*01**</w:t>
            </w:r>
          </w:p>
        </w:tc>
        <w:tc>
          <w:tcPr>
            <w:tcW w:type="dxa" w:w="1728"/>
          </w:tcPr>
          <w:p>
            <w:r>
              <w:t>Sobhan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mrsoby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937****0*9</w:t>
            </w:r>
          </w:p>
        </w:tc>
        <w:tc>
          <w:tcPr>
            <w:tcW w:type="dxa" w:w="1728"/>
          </w:tcPr>
          <w:p>
            <w:r>
              <w:t>30198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91***4997*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91*43*4*4*</w:t>
            </w:r>
          </w:p>
        </w:tc>
        <w:tc>
          <w:tcPr>
            <w:tcW w:type="dxa" w:w="1728"/>
          </w:tcPr>
          <w:p>
            <w:r>
              <w:t>ⓟⓐⓡⓢⓐ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Parsa_mojaz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9132177***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It4pc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911713*341</w:t>
            </w:r>
          </w:p>
        </w:tc>
        <w:tc>
          <w:tcPr>
            <w:tcW w:type="dxa" w:w="1728"/>
          </w:tcPr>
          <w:p>
            <w:r>
              <w:t>سرنوشت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901*430*10</w:t>
            </w:r>
          </w:p>
        </w:tc>
        <w:tc>
          <w:tcPr>
            <w:tcW w:type="dxa" w:w="1728"/>
          </w:tcPr>
          <w:p>
            <w:r>
              <w:t>Alirezar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Dileonardo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930*223*4*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Mp</w:t>
            </w:r>
          </w:p>
        </w:tc>
        <w:tc>
          <w:tcPr>
            <w:tcW w:type="dxa" w:w="1728"/>
          </w:tcPr>
          <w:p>
            <w:r>
              <w:t>Mohammad2mp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9217**2012</w:t>
            </w:r>
          </w:p>
        </w:tc>
        <w:tc>
          <w:tcPr>
            <w:tcW w:type="dxa" w:w="1728"/>
          </w:tcPr>
          <w:p>
            <w:r>
              <w:t>「mohammad」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asghari_official1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9032749190</w:t>
            </w:r>
          </w:p>
        </w:tc>
        <w:tc>
          <w:tcPr>
            <w:tcW w:type="dxa" w:w="1728"/>
          </w:tcPr>
          <w:p>
            <w:r>
              <w:t>Mohammad 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Mohammadjavadtaheri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9193430*32</w:t>
            </w:r>
          </w:p>
        </w:tc>
        <w:tc>
          <w:tcPr>
            <w:tcW w:type="dxa" w:w="1728"/>
          </w:tcPr>
          <w:p>
            <w:r>
              <w:t>Asghar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Otooasgar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914*9**73*</w:t>
            </w:r>
          </w:p>
        </w:tc>
        <w:tc>
          <w:tcPr>
            <w:tcW w:type="dxa" w:w="1728"/>
          </w:tcPr>
          <w:p>
            <w:r>
              <w:t>Pesar</w:t>
            </w:r>
          </w:p>
        </w:tc>
        <w:tc>
          <w:tcPr>
            <w:tcW w:type="dxa" w:w="1728"/>
          </w:tcPr>
          <w:p>
            <w:r>
              <w:t>Bi</w:t>
            </w:r>
          </w:p>
        </w:tc>
        <w:tc>
          <w:tcPr>
            <w:tcW w:type="dxa" w:w="1728"/>
          </w:tcPr>
          <w:p>
            <w:r>
              <w:t>pbaad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9131*39043</w:t>
            </w:r>
          </w:p>
        </w:tc>
        <w:tc>
          <w:tcPr>
            <w:tcW w:type="dxa" w:w="1728"/>
          </w:tcPr>
          <w:p>
            <w:r>
              <w:t>سهراب</w:t>
            </w:r>
          </w:p>
        </w:tc>
        <w:tc>
          <w:tcPr>
            <w:tcW w:type="dxa" w:w="1728"/>
          </w:tcPr>
          <w:p>
            <w:r>
              <w:t>آبسالان</w:t>
            </w:r>
          </w:p>
        </w:tc>
        <w:tc>
          <w:tcPr>
            <w:tcW w:type="dxa" w:w="1728"/>
          </w:tcPr>
          <w:p>
            <w:r>
              <w:t>Absalan77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912*71*923</w:t>
            </w:r>
          </w:p>
        </w:tc>
        <w:tc>
          <w:tcPr>
            <w:tcW w:type="dxa" w:w="1728"/>
          </w:tcPr>
          <w:p>
            <w:r>
              <w:t>محمد رضا لطفی آوینی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912*34774*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91474*473*</w:t>
            </w:r>
          </w:p>
        </w:tc>
        <w:tc>
          <w:tcPr>
            <w:tcW w:type="dxa" w:w="1728"/>
          </w:tcPr>
          <w:p>
            <w:r>
              <w:t>Vahab</w:t>
            </w:r>
          </w:p>
        </w:tc>
        <w:tc>
          <w:tcPr>
            <w:tcW w:type="dxa" w:w="1728"/>
          </w:tcPr>
          <w:p>
            <w:r>
              <w:t>Mosavi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9330110247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Hoseini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903307*00*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>
              <w:t>Azar</w:t>
            </w:r>
          </w:p>
        </w:tc>
        <w:tc>
          <w:tcPr>
            <w:tcW w:type="dxa" w:w="1728"/>
          </w:tcPr>
          <w:p>
            <w:r>
              <w:t>Amirreza_azar_tt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91*1*1*9*4</w:t>
            </w:r>
          </w:p>
        </w:tc>
        <w:tc>
          <w:tcPr>
            <w:tcW w:type="dxa" w:w="1728"/>
          </w:tcPr>
          <w:p>
            <w:r>
              <w:t>B@HMAN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bahmanshirshahi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9143*142**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Sh_khalig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93**7*1*3*</w:t>
            </w:r>
          </w:p>
        </w:tc>
        <w:tc>
          <w:tcPr>
            <w:tcW w:type="dxa" w:w="1728"/>
          </w:tcPr>
          <w:p>
            <w:r>
              <w:t>Shahsavar_bike_shop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Shahsavar_bike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939*79*9*3</w:t>
            </w:r>
          </w:p>
        </w:tc>
        <w:tc>
          <w:tcPr>
            <w:tcW w:type="dxa" w:w="1728"/>
          </w:tcPr>
          <w:p>
            <w:r>
              <w:t>🇰🇷﴾ِ€mîr_koreaٓ﴿🇰🇷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emir_korea_1996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91*3**1130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K_1977</w:t>
            </w:r>
          </w:p>
        </w:tc>
        <w:tc>
          <w:tcPr>
            <w:tcW w:type="dxa" w:w="1728"/>
          </w:tcPr>
          <w:p>
            <w:r>
              <w:t>Amate_la_moto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93*94100*4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Shahriyar</w:t>
            </w:r>
          </w:p>
        </w:tc>
        <w:tc>
          <w:tcPr>
            <w:tcW w:type="dxa" w:w="1728"/>
          </w:tcPr>
          <w:p>
            <w:r>
              <w:t>Reza_shahriyar1285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9100223*47</w:t>
            </w:r>
          </w:p>
        </w:tc>
        <w:tc>
          <w:tcPr>
            <w:tcW w:type="dxa" w:w="1728"/>
          </w:tcPr>
          <w:p>
            <w:r>
              <w:t>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b98765b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91**31**1*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Nemesis1988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93902*****</w:t>
            </w:r>
          </w:p>
        </w:tc>
        <w:tc>
          <w:tcPr>
            <w:tcW w:type="dxa" w:w="1728"/>
          </w:tcPr>
          <w:p>
            <w:r>
              <w:t>7777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Tabiat680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937132**3*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Mousavi</w:t>
            </w:r>
          </w:p>
        </w:tc>
        <w:tc>
          <w:tcPr>
            <w:tcW w:type="dxa" w:w="1728"/>
          </w:tcPr>
          <w:p>
            <w:r>
              <w:t>Mohammad441631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9147*77237</w:t>
            </w:r>
          </w:p>
        </w:tc>
        <w:tc>
          <w:tcPr>
            <w:tcW w:type="dxa" w:w="1728"/>
          </w:tcPr>
          <w:p>
            <w:r>
              <w:t>poorya</w:t>
            </w:r>
          </w:p>
        </w:tc>
        <w:tc>
          <w:tcPr>
            <w:tcW w:type="dxa" w:w="1728"/>
          </w:tcPr>
          <w:p>
            <w:r>
              <w:t>rezaii</w:t>
            </w:r>
          </w:p>
        </w:tc>
        <w:tc>
          <w:tcPr>
            <w:tcW w:type="dxa" w:w="1728"/>
          </w:tcPr>
          <w:p>
            <w:r>
              <w:t>Poorya_rezaii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933143447*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ArminArabi1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939*203*32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abbasbahrani49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9130**1233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zareyan</w:t>
            </w:r>
          </w:p>
        </w:tc>
        <w:tc>
          <w:tcPr>
            <w:tcW w:type="dxa" w:w="1728"/>
          </w:tcPr>
          <w:p>
            <w:r>
              <w:t>Majid_zareyan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9399127700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Kamokalhor1978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9123***4**</w:t>
            </w:r>
          </w:p>
        </w:tc>
        <w:tc>
          <w:tcPr>
            <w:tcW w:type="dxa" w:w="1728"/>
          </w:tcPr>
          <w:p>
            <w:r>
              <w:t>Mohmad dodangeh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Mohammad_dodangh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93072*4090</w:t>
            </w:r>
          </w:p>
        </w:tc>
        <w:tc>
          <w:tcPr>
            <w:tcW w:type="dxa" w:w="1728"/>
          </w:tcPr>
          <w:p>
            <w:r>
              <w:t>Mohhamadreza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M377020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912*2**4**</w:t>
            </w:r>
          </w:p>
        </w:tc>
        <w:tc>
          <w:tcPr>
            <w:tcW w:type="dxa" w:w="1728"/>
          </w:tcPr>
          <w:p>
            <w:r>
              <w:t>H.r</w:t>
            </w:r>
          </w:p>
        </w:tc>
        <w:tc>
          <w:tcPr>
            <w:tcW w:type="dxa" w:w="1728"/>
          </w:tcPr>
          <w:p>
            <w:r>
              <w:t>Farhang</w:t>
            </w:r>
          </w:p>
        </w:tc>
        <w:tc>
          <w:tcPr>
            <w:tcW w:type="dxa" w:w="1728"/>
          </w:tcPr>
          <w:p>
            <w:r>
              <w:t>Farhang47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93739*322*</w:t>
            </w:r>
          </w:p>
        </w:tc>
        <w:tc>
          <w:tcPr>
            <w:tcW w:type="dxa" w:w="1728"/>
          </w:tcPr>
          <w:p>
            <w:r>
              <w:t>Jeus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Jeus7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93*147230*</w:t>
            </w:r>
          </w:p>
        </w:tc>
        <w:tc>
          <w:tcPr>
            <w:tcW w:type="dxa" w:w="1728"/>
          </w:tcPr>
          <w:p>
            <w:r>
              <w:t>▂▃▄▅▆▇█▓▒░a░▒▓█▇▆▅▄▃▂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ayyoub_2306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9370**00**</w:t>
            </w:r>
          </w:p>
        </w:tc>
        <w:tc>
          <w:tcPr>
            <w:tcW w:type="dxa" w:w="1728"/>
          </w:tcPr>
          <w:p>
            <w:r>
              <w:t>Hamid poorzare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Hamid_pourzare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93*2**32*7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Ali_0125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93*0719*3*</w:t>
            </w:r>
          </w:p>
        </w:tc>
        <w:tc>
          <w:tcPr>
            <w:tcW w:type="dxa" w:w="1728"/>
          </w:tcPr>
          <w:p>
            <w:r>
              <w:t>پشتیبانی 24 ساعته انلاین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Needu_poshtibani_onlin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93313**044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>
              <w:t>M67</w:t>
            </w:r>
          </w:p>
        </w:tc>
        <w:tc>
          <w:tcPr>
            <w:tcW w:type="dxa" w:w="1728"/>
          </w:tcPr>
          <w:p>
            <w:r>
              <w:t>Sajad_M67</w:t>
            </w:r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  <w:tr>
        <w:tc>
          <w:tcPr>
            <w:tcW w:type="dxa" w:w="1728"/>
          </w:tcPr>
          <w:p>
            <w:r>
              <w:t>93**397171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AsiaBike | گروه آسیادوچرخ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AsiaBike | گروه آسیادوچرخ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